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5C7FEA" w14:paraId="51DB232A" w14:textId="77777777">
        <w:trPr>
          <w:jc w:val="center"/>
        </w:trPr>
        <w:tc>
          <w:tcPr>
            <w:tcW w:w="10376" w:type="dxa"/>
            <w:shd w:val="clear" w:color="auto" w:fill="DDEB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ABD36F" w14:textId="77777777" w:rsidR="005C7FEA" w:rsidRDefault="00BE6255">
            <w:r>
              <w:rPr>
                <w:b/>
                <w:color w:val="1F4E79"/>
                <w:sz w:val="30"/>
              </w:rPr>
              <w:t>PRACOVNÝ LIST 2 – Základné poznatky o maloobchode</w:t>
            </w:r>
          </w:p>
        </w:tc>
      </w:tr>
    </w:tbl>
    <w:p w14:paraId="5EE0D3EE" w14:textId="77777777" w:rsidR="005C7FEA" w:rsidRDefault="005C7FEA">
      <w:pPr>
        <w:spacing w:after="0"/>
      </w:pPr>
    </w:p>
    <w:p w14:paraId="739D9758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1. </w:t>
      </w:r>
      <w:r w:rsidRPr="007D43BF">
        <w:rPr>
          <w:b/>
          <w:color w:val="222222"/>
          <w:sz w:val="32"/>
          <w:szCs w:val="32"/>
        </w:rPr>
        <w:t>Čo je maloobchod?</w:t>
      </w:r>
    </w:p>
    <w:p w14:paraId="7FC405D9" w14:textId="77777777" w:rsidR="005C7FEA" w:rsidRPr="007D43BF" w:rsidRDefault="00BE6255">
      <w:pPr>
        <w:rPr>
          <w:sz w:val="28"/>
          <w:szCs w:val="32"/>
        </w:rPr>
      </w:pPr>
      <w:r w:rsidRPr="007D43BF">
        <w:rPr>
          <w:sz w:val="24"/>
          <w:szCs w:val="32"/>
        </w:rPr>
        <w:t>Doplňte vetu pomocou slov z ponuky: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5C7FEA" w:rsidRPr="007D43BF" w14:paraId="7F4D7041" w14:textId="77777777">
        <w:trPr>
          <w:jc w:val="center"/>
        </w:trPr>
        <w:tc>
          <w:tcPr>
            <w:tcW w:w="10376" w:type="dxa"/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2151D7" w14:textId="77777777" w:rsidR="005C7FEA" w:rsidRPr="007D43BF" w:rsidRDefault="00BE6255">
            <w:pPr>
              <w:jc w:val="center"/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Na výber: </w:t>
            </w:r>
            <w:r w:rsidRPr="007D43BF">
              <w:rPr>
                <w:sz w:val="24"/>
                <w:szCs w:val="32"/>
              </w:rPr>
              <w:t>tovar • služby • spotrebiteľovi • spotrebu</w:t>
            </w:r>
          </w:p>
        </w:tc>
      </w:tr>
    </w:tbl>
    <w:p w14:paraId="58D874EF" w14:textId="77777777" w:rsidR="005C7FEA" w:rsidRPr="007D43BF" w:rsidRDefault="00BE6255">
      <w:pPr>
        <w:spacing w:before="40" w:after="60"/>
        <w:rPr>
          <w:sz w:val="28"/>
          <w:szCs w:val="32"/>
        </w:rPr>
      </w:pPr>
      <w:r w:rsidRPr="007D43BF">
        <w:rPr>
          <w:sz w:val="28"/>
          <w:szCs w:val="32"/>
        </w:rPr>
        <w:t>Maloobchod predáva __________ alebo poskytuje __________ konečnému __________ pre jeho vlastnú __________.</w:t>
      </w:r>
    </w:p>
    <w:p w14:paraId="030AD077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2. </w:t>
      </w:r>
      <w:r w:rsidRPr="007D43BF">
        <w:rPr>
          <w:b/>
          <w:color w:val="222222"/>
          <w:sz w:val="32"/>
          <w:szCs w:val="32"/>
        </w:rPr>
        <w:t>Čo maloobchodník zvažuje pri výbere sídla predajne?</w:t>
      </w:r>
    </w:p>
    <w:p w14:paraId="50EC1E53" w14:textId="77777777" w:rsidR="005C7FEA" w:rsidRPr="007D43BF" w:rsidRDefault="00BE6255">
      <w:pPr>
        <w:spacing w:before="40"/>
        <w:rPr>
          <w:sz w:val="28"/>
          <w:szCs w:val="32"/>
        </w:rPr>
      </w:pPr>
      <w:r w:rsidRPr="007D43BF">
        <w:rPr>
          <w:i/>
          <w:color w:val="666666"/>
          <w:sz w:val="22"/>
          <w:szCs w:val="32"/>
        </w:rPr>
        <w:t>Priraďte faktor k jeho vysvetleniu.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321416A4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43FB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Faktor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DB0C9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Vysvetlenie</w:t>
            </w:r>
          </w:p>
        </w:tc>
      </w:tr>
      <w:tr w:rsidR="005C7FEA" w:rsidRPr="007D43BF" w14:paraId="5780E791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B562B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1. </w:t>
            </w:r>
            <w:r w:rsidRPr="007D43BF">
              <w:rPr>
                <w:sz w:val="24"/>
                <w:szCs w:val="32"/>
              </w:rPr>
              <w:t>blízkosť spotrebiteľa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99488C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A. </w:t>
            </w:r>
            <w:r w:rsidRPr="007D43BF">
              <w:rPr>
                <w:sz w:val="24"/>
                <w:szCs w:val="32"/>
              </w:rPr>
              <w:t>napr. výška nájomného a ďalšie náklady na prevádzku</w:t>
            </w:r>
          </w:p>
        </w:tc>
      </w:tr>
      <w:tr w:rsidR="005C7FEA" w:rsidRPr="007D43BF" w14:paraId="5A96A9EA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40952C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2. </w:t>
            </w:r>
            <w:r w:rsidRPr="007D43BF">
              <w:rPr>
                <w:sz w:val="24"/>
                <w:szCs w:val="32"/>
              </w:rPr>
              <w:t>konkurencia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A77740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B. </w:t>
            </w:r>
            <w:r w:rsidRPr="007D43BF">
              <w:rPr>
                <w:sz w:val="24"/>
                <w:szCs w:val="32"/>
              </w:rPr>
              <w:t>dôležitá najmä pri nákupoch autom a pri väčších nákupoch</w:t>
            </w:r>
          </w:p>
        </w:tc>
      </w:tr>
      <w:tr w:rsidR="005C7FEA" w:rsidRPr="007D43BF" w14:paraId="5CE07A2B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0163C7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3. </w:t>
            </w:r>
            <w:r w:rsidRPr="007D43BF">
              <w:rPr>
                <w:sz w:val="24"/>
                <w:szCs w:val="32"/>
              </w:rPr>
              <w:t>parkovanie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5DA71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C. </w:t>
            </w:r>
            <w:r w:rsidRPr="007D43BF">
              <w:rPr>
                <w:sz w:val="24"/>
                <w:szCs w:val="32"/>
              </w:rPr>
              <w:t>počet obyvateľov, hustota osídlenia a pohyb ľudí v okolí predajne</w:t>
            </w:r>
          </w:p>
        </w:tc>
      </w:tr>
      <w:tr w:rsidR="005C7FEA" w:rsidRPr="007D43BF" w14:paraId="3AF5C203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BBA8C7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4. </w:t>
            </w:r>
            <w:r w:rsidRPr="007D43BF">
              <w:rPr>
                <w:sz w:val="24"/>
                <w:szCs w:val="32"/>
              </w:rPr>
              <w:t>prevádzkové náklady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469602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D. </w:t>
            </w:r>
            <w:r w:rsidRPr="007D43BF">
              <w:rPr>
                <w:sz w:val="24"/>
                <w:szCs w:val="32"/>
              </w:rPr>
              <w:t>môže pôsobiť negatívne, ale pri niektorých tovaroch aj pozitívne (aglomerácia)</w:t>
            </w:r>
          </w:p>
        </w:tc>
      </w:tr>
    </w:tbl>
    <w:p w14:paraId="0120CD87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3. </w:t>
      </w:r>
      <w:r w:rsidRPr="007D43BF">
        <w:rPr>
          <w:b/>
          <w:color w:val="222222"/>
          <w:sz w:val="32"/>
          <w:szCs w:val="32"/>
        </w:rPr>
        <w:t>Predajne podľa charakteru sortimentu</w:t>
      </w:r>
    </w:p>
    <w:p w14:paraId="62795EC0" w14:textId="77777777" w:rsidR="005C7FEA" w:rsidRPr="007D43BF" w:rsidRDefault="00BE6255">
      <w:pPr>
        <w:spacing w:before="40"/>
        <w:rPr>
          <w:sz w:val="28"/>
          <w:szCs w:val="32"/>
        </w:rPr>
      </w:pPr>
      <w:r w:rsidRPr="007D43BF">
        <w:rPr>
          <w:i/>
          <w:color w:val="666666"/>
          <w:sz w:val="22"/>
          <w:szCs w:val="32"/>
        </w:rPr>
        <w:t>Priraďte typ predajne k správnej charakteristike.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29E24DB0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4DA1E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Typ predajne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0AB8F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Charakteristika</w:t>
            </w:r>
          </w:p>
        </w:tc>
      </w:tr>
      <w:tr w:rsidR="005C7FEA" w:rsidRPr="007D43BF" w14:paraId="6788199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CB3060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1. </w:t>
            </w:r>
            <w:r w:rsidRPr="007D43BF">
              <w:rPr>
                <w:sz w:val="24"/>
                <w:szCs w:val="32"/>
              </w:rPr>
              <w:t>potravinárska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0BD21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A. </w:t>
            </w:r>
            <w:r w:rsidRPr="007D43BF">
              <w:rPr>
                <w:sz w:val="24"/>
                <w:szCs w:val="32"/>
              </w:rPr>
              <w:t>textil, nábytok, obuv alebo potreby pre domácnosť</w:t>
            </w:r>
          </w:p>
        </w:tc>
      </w:tr>
      <w:tr w:rsidR="005C7FEA" w:rsidRPr="007D43BF" w14:paraId="053DBE4F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4BAAFF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2. </w:t>
            </w:r>
            <w:r w:rsidRPr="007D43BF">
              <w:rPr>
                <w:sz w:val="24"/>
                <w:szCs w:val="32"/>
              </w:rPr>
              <w:t>nepotravinárska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EBE85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B. </w:t>
            </w:r>
            <w:r w:rsidRPr="007D43BF">
              <w:rPr>
                <w:sz w:val="24"/>
                <w:szCs w:val="32"/>
              </w:rPr>
              <w:t>široký sortiment potravín, prípadne menší podiel nepotravinárskeho tovaru</w:t>
            </w:r>
          </w:p>
        </w:tc>
      </w:tr>
      <w:tr w:rsidR="005C7FEA" w:rsidRPr="007D43BF" w14:paraId="218C324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BA889C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3. </w:t>
            </w:r>
            <w:r w:rsidRPr="007D43BF">
              <w:rPr>
                <w:sz w:val="24"/>
                <w:szCs w:val="32"/>
              </w:rPr>
              <w:t>zmiešaná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178D16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C. </w:t>
            </w:r>
            <w:r w:rsidRPr="007D43BF">
              <w:rPr>
                <w:sz w:val="24"/>
                <w:szCs w:val="32"/>
              </w:rPr>
              <w:t>potravinársky aj nepotravinársky tovar v približne vyrovnanom pomere</w:t>
            </w:r>
          </w:p>
        </w:tc>
      </w:tr>
    </w:tbl>
    <w:p w14:paraId="1A709001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4. </w:t>
      </w:r>
      <w:r w:rsidRPr="007D43BF">
        <w:rPr>
          <w:b/>
          <w:color w:val="222222"/>
          <w:sz w:val="32"/>
          <w:szCs w:val="32"/>
        </w:rPr>
        <w:t>Menšie a špecializované predajne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5360DD1D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1262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2151E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Charakteristika</w:t>
            </w:r>
          </w:p>
        </w:tc>
      </w:tr>
      <w:tr w:rsidR="005C7FEA" w:rsidRPr="007D43BF" w14:paraId="011516D7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0F8ABC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1. </w:t>
            </w:r>
            <w:r w:rsidRPr="007D43BF">
              <w:rPr>
                <w:sz w:val="24"/>
                <w:szCs w:val="32"/>
              </w:rPr>
              <w:t>odborná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4A2909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A. </w:t>
            </w:r>
            <w:r w:rsidRPr="007D43BF">
              <w:rPr>
                <w:sz w:val="24"/>
                <w:szCs w:val="32"/>
              </w:rPr>
              <w:t>malá predajňa módneho tovaru a módnych doplnkov</w:t>
            </w:r>
          </w:p>
        </w:tc>
      </w:tr>
      <w:tr w:rsidR="005C7FEA" w:rsidRPr="007D43BF" w14:paraId="4D6F4C33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19DE0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2. </w:t>
            </w:r>
            <w:r w:rsidRPr="007D43BF">
              <w:rPr>
                <w:sz w:val="24"/>
                <w:szCs w:val="32"/>
              </w:rPr>
              <w:t>špecializovaná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681EB7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B. </w:t>
            </w:r>
            <w:r w:rsidRPr="007D43BF">
              <w:rPr>
                <w:sz w:val="24"/>
                <w:szCs w:val="32"/>
              </w:rPr>
              <w:t>predajňa blízko zákazníka na rýchly, často neplánovaný nákup</w:t>
            </w:r>
          </w:p>
        </w:tc>
      </w:tr>
      <w:tr w:rsidR="005C7FEA" w:rsidRPr="007D43BF" w14:paraId="7450165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CB308C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3. </w:t>
            </w:r>
            <w:r w:rsidRPr="007D43BF">
              <w:rPr>
                <w:sz w:val="24"/>
                <w:szCs w:val="32"/>
              </w:rPr>
              <w:t>butik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12338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C. </w:t>
            </w:r>
            <w:r w:rsidRPr="007D43BF">
              <w:rPr>
                <w:sz w:val="24"/>
                <w:szCs w:val="32"/>
              </w:rPr>
              <w:t>prevažne sortiment jednej tovarovej skupiny; stredná šírka a hĺbka sortimentu</w:t>
            </w:r>
          </w:p>
        </w:tc>
      </w:tr>
      <w:tr w:rsidR="005C7FEA" w:rsidRPr="007D43BF" w14:paraId="6DE1C255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74EB75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4. </w:t>
            </w:r>
            <w:r w:rsidRPr="007D43BF">
              <w:rPr>
                <w:sz w:val="24"/>
                <w:szCs w:val="32"/>
              </w:rPr>
              <w:t>predajňa v susedstve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79ACA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D. </w:t>
            </w:r>
            <w:r w:rsidRPr="007D43BF">
              <w:rPr>
                <w:sz w:val="24"/>
                <w:szCs w:val="32"/>
              </w:rPr>
              <w:t>užší, ale hlbší sortiment ako v odbornej predajni</w:t>
            </w:r>
          </w:p>
        </w:tc>
      </w:tr>
    </w:tbl>
    <w:p w14:paraId="08E92926" w14:textId="77777777" w:rsidR="005C7FEA" w:rsidRPr="007D43BF" w:rsidRDefault="00BE6255">
      <w:pPr>
        <w:rPr>
          <w:sz w:val="28"/>
          <w:szCs w:val="32"/>
        </w:rPr>
      </w:pPr>
      <w:r w:rsidRPr="007D43BF">
        <w:rPr>
          <w:sz w:val="28"/>
          <w:szCs w:val="32"/>
        </w:rPr>
        <w:br w:type="page"/>
      </w:r>
    </w:p>
    <w:p w14:paraId="65203D91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lastRenderedPageBreak/>
        <w:t xml:space="preserve">5. </w:t>
      </w:r>
      <w:r w:rsidRPr="007D43BF">
        <w:rPr>
          <w:b/>
          <w:color w:val="222222"/>
          <w:sz w:val="32"/>
          <w:szCs w:val="32"/>
        </w:rPr>
        <w:t>Veľké maloobchodné prevádzky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13519A38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6DB30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38F69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Charakteristika</w:t>
            </w:r>
          </w:p>
        </w:tc>
      </w:tr>
      <w:tr w:rsidR="005C7FEA" w:rsidRPr="007D43BF" w14:paraId="180DD729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961F79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1. </w:t>
            </w:r>
            <w:r w:rsidRPr="007D43BF">
              <w:rPr>
                <w:sz w:val="24"/>
                <w:szCs w:val="32"/>
              </w:rPr>
              <w:t>nákupný dom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424995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A. </w:t>
            </w:r>
            <w:r w:rsidRPr="007D43BF">
              <w:rPr>
                <w:sz w:val="24"/>
                <w:szCs w:val="32"/>
              </w:rPr>
              <w:t>samoobslužná veľkopredajňa s plochou 400–2 500 m², najmä potraviny</w:t>
            </w:r>
          </w:p>
        </w:tc>
      </w:tr>
      <w:tr w:rsidR="005C7FEA" w:rsidRPr="007D43BF" w14:paraId="5DA6CC61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04074D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2. </w:t>
            </w:r>
            <w:r w:rsidRPr="007D43BF">
              <w:rPr>
                <w:sz w:val="24"/>
                <w:szCs w:val="32"/>
              </w:rPr>
              <w:t>obchodný dom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98F2C8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B. </w:t>
            </w:r>
            <w:r w:rsidRPr="007D43BF">
              <w:rPr>
                <w:sz w:val="24"/>
                <w:szCs w:val="32"/>
              </w:rPr>
              <w:t>viac oddelení pod jednou strechou, spravidla v centre mesta</w:t>
            </w:r>
          </w:p>
        </w:tc>
      </w:tr>
      <w:tr w:rsidR="005C7FEA" w:rsidRPr="007D43BF" w14:paraId="79918D1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FB8A64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3. </w:t>
            </w:r>
            <w:r w:rsidRPr="007D43BF">
              <w:rPr>
                <w:sz w:val="24"/>
                <w:szCs w:val="32"/>
              </w:rPr>
              <w:t>supermarket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F90068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C. </w:t>
            </w:r>
            <w:r w:rsidRPr="007D43BF">
              <w:rPr>
                <w:sz w:val="24"/>
                <w:szCs w:val="32"/>
              </w:rPr>
              <w:t>predaj z kartónov a paliet, minimum zamestnancov a jednoduché služby</w:t>
            </w:r>
          </w:p>
        </w:tc>
      </w:tr>
      <w:tr w:rsidR="005C7FEA" w:rsidRPr="007D43BF" w14:paraId="596FA143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DDA59B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4. </w:t>
            </w:r>
            <w:r w:rsidRPr="007D43BF">
              <w:rPr>
                <w:sz w:val="24"/>
                <w:szCs w:val="32"/>
              </w:rPr>
              <w:t>hypermarket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2722D1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D. </w:t>
            </w:r>
            <w:r w:rsidRPr="007D43BF">
              <w:rPr>
                <w:sz w:val="24"/>
                <w:szCs w:val="32"/>
              </w:rPr>
              <w:t>veľkopredajňa s tovarom ako v odborných a špecializovaných predajniach a s doplnkovými službami</w:t>
            </w:r>
          </w:p>
        </w:tc>
      </w:tr>
      <w:tr w:rsidR="005C7FEA" w:rsidRPr="007D43BF" w14:paraId="60CEF2D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8A726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5. </w:t>
            </w:r>
            <w:r w:rsidRPr="007D43BF">
              <w:rPr>
                <w:sz w:val="24"/>
                <w:szCs w:val="32"/>
              </w:rPr>
              <w:t>diskontná predajňa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415A4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E. </w:t>
            </w:r>
            <w:r w:rsidRPr="007D43BF">
              <w:rPr>
                <w:sz w:val="24"/>
                <w:szCs w:val="32"/>
              </w:rPr>
              <w:t>samoobslužná predajňa nad 2 500 m², široký sortiment a zberné inkaso pri východe</w:t>
            </w:r>
          </w:p>
        </w:tc>
      </w:tr>
    </w:tbl>
    <w:p w14:paraId="7E472022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6. </w:t>
      </w:r>
      <w:r w:rsidRPr="007D43BF">
        <w:rPr>
          <w:b/>
          <w:color w:val="222222"/>
          <w:sz w:val="32"/>
          <w:szCs w:val="32"/>
        </w:rPr>
        <w:t>Ďalšie formy maloobchodu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7BD96921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8A620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F9D126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color w:val="1F4E79"/>
                <w:sz w:val="24"/>
                <w:szCs w:val="32"/>
              </w:rPr>
              <w:t>Charakteristika</w:t>
            </w:r>
          </w:p>
        </w:tc>
      </w:tr>
      <w:tr w:rsidR="005C7FEA" w:rsidRPr="007D43BF" w14:paraId="28FA84B9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A31E62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1. </w:t>
            </w:r>
            <w:r w:rsidRPr="007D43BF">
              <w:rPr>
                <w:sz w:val="24"/>
                <w:szCs w:val="32"/>
              </w:rPr>
              <w:t>zásielková obchodná prevádzka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D17822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A. </w:t>
            </w:r>
            <w:r w:rsidRPr="007D43BF">
              <w:rPr>
                <w:sz w:val="24"/>
                <w:szCs w:val="32"/>
              </w:rPr>
              <w:t>jarmok alebo iný trh konaný v určitom období</w:t>
            </w:r>
          </w:p>
        </w:tc>
      </w:tr>
      <w:tr w:rsidR="005C7FEA" w:rsidRPr="007D43BF" w14:paraId="20A857C2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C274E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2. </w:t>
            </w:r>
            <w:r w:rsidRPr="007D43BF">
              <w:rPr>
                <w:sz w:val="24"/>
                <w:szCs w:val="32"/>
              </w:rPr>
              <w:t>obchodno-spoločenské centrum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0C0855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B. </w:t>
            </w:r>
            <w:r w:rsidRPr="007D43BF">
              <w:rPr>
                <w:sz w:val="24"/>
                <w:szCs w:val="32"/>
              </w:rPr>
              <w:t>predaj bez priameho kontaktu v predajni, napr. podľa katalógu alebo objednávky</w:t>
            </w:r>
          </w:p>
        </w:tc>
      </w:tr>
      <w:tr w:rsidR="005C7FEA" w:rsidRPr="007D43BF" w14:paraId="7B1C8BD4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3B6DC3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3. </w:t>
            </w:r>
            <w:r w:rsidRPr="007D43BF">
              <w:rPr>
                <w:sz w:val="24"/>
                <w:szCs w:val="32"/>
              </w:rPr>
              <w:t>tržnica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EECC34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C. </w:t>
            </w:r>
            <w:r w:rsidRPr="007D43BF">
              <w:rPr>
                <w:sz w:val="24"/>
                <w:szCs w:val="32"/>
              </w:rPr>
              <w:t>kombinácia nákupu, služieb, zábavy a oddychu</w:t>
            </w:r>
          </w:p>
        </w:tc>
      </w:tr>
      <w:tr w:rsidR="005C7FEA" w:rsidRPr="007D43BF" w14:paraId="39FAE81A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2D32E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4. </w:t>
            </w:r>
            <w:r w:rsidRPr="007D43BF">
              <w:rPr>
                <w:sz w:val="24"/>
                <w:szCs w:val="32"/>
              </w:rPr>
              <w:t>obchod v tržnici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06E7E5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D. </w:t>
            </w:r>
            <w:r w:rsidRPr="007D43BF">
              <w:rPr>
                <w:sz w:val="24"/>
                <w:szCs w:val="32"/>
              </w:rPr>
              <w:t>mestské zariadenie s viacerými predajcami, často ovocie a zelenina</w:t>
            </w:r>
          </w:p>
        </w:tc>
      </w:tr>
      <w:tr w:rsidR="005C7FEA" w:rsidRPr="007D43BF" w14:paraId="4426DD76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A6F1DA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5. </w:t>
            </w:r>
            <w:r w:rsidRPr="007D43BF">
              <w:rPr>
                <w:sz w:val="24"/>
                <w:szCs w:val="32"/>
              </w:rPr>
              <w:t>sezónny trh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99322E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b/>
                <w:sz w:val="24"/>
                <w:szCs w:val="32"/>
              </w:rPr>
              <w:t xml:space="preserve">E. </w:t>
            </w:r>
            <w:r w:rsidRPr="007D43BF">
              <w:rPr>
                <w:sz w:val="24"/>
                <w:szCs w:val="32"/>
              </w:rPr>
              <w:t>stánok alebo predajný priestor podnikateľa v priestoroch tržnice</w:t>
            </w:r>
          </w:p>
        </w:tc>
      </w:tr>
    </w:tbl>
    <w:p w14:paraId="220ACE09" w14:textId="77777777" w:rsidR="005C7FEA" w:rsidRPr="007D43BF" w:rsidRDefault="00BE6255">
      <w:pPr>
        <w:spacing w:before="100" w:after="60"/>
        <w:rPr>
          <w:sz w:val="28"/>
          <w:szCs w:val="32"/>
        </w:rPr>
      </w:pPr>
      <w:r w:rsidRPr="007D43BF">
        <w:rPr>
          <w:b/>
          <w:color w:val="1F4E79"/>
          <w:sz w:val="32"/>
          <w:szCs w:val="32"/>
        </w:rPr>
        <w:t xml:space="preserve">7. </w:t>
      </w:r>
      <w:r w:rsidRPr="007D43BF">
        <w:rPr>
          <w:b/>
          <w:color w:val="222222"/>
          <w:sz w:val="32"/>
          <w:szCs w:val="32"/>
        </w:rPr>
        <w:t>Spoznajte typ maloobchodu podľa situácie</w:t>
      </w:r>
    </w:p>
    <w:p w14:paraId="138F04C4" w14:textId="77777777" w:rsidR="005C7FEA" w:rsidRPr="007D43BF" w:rsidRDefault="00BE6255">
      <w:pPr>
        <w:spacing w:before="40"/>
        <w:rPr>
          <w:sz w:val="28"/>
          <w:szCs w:val="32"/>
        </w:rPr>
      </w:pPr>
      <w:r w:rsidRPr="007D43BF">
        <w:rPr>
          <w:i/>
          <w:color w:val="666666"/>
          <w:sz w:val="22"/>
          <w:szCs w:val="32"/>
        </w:rPr>
        <w:t>Napíšte správny typ maloobchodu.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5C7FEA" w:rsidRPr="007D43BF" w14:paraId="09E01D77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B69058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sz w:val="24"/>
                <w:szCs w:val="32"/>
              </w:rPr>
              <w:t>a) Samoobslužná predajňa s plochou približne 1 800 m², najmä s potravinami.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6CC6234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color w:val="666666"/>
                <w:sz w:val="24"/>
                <w:szCs w:val="32"/>
              </w:rPr>
              <w:t>____________________</w:t>
            </w:r>
          </w:p>
        </w:tc>
      </w:tr>
      <w:tr w:rsidR="005C7FEA" w:rsidRPr="007D43BF" w14:paraId="7856734C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D71706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sz w:val="24"/>
                <w:szCs w:val="32"/>
              </w:rPr>
              <w:t>b) Predajňa s plochou 3 500 m², širokým sortimentom a pokladnicami pri východe.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79B353E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color w:val="666666"/>
                <w:sz w:val="24"/>
                <w:szCs w:val="32"/>
              </w:rPr>
              <w:t>____________________</w:t>
            </w:r>
          </w:p>
        </w:tc>
      </w:tr>
      <w:tr w:rsidR="005C7FEA" w:rsidRPr="007D43BF" w14:paraId="7C272421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921A67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sz w:val="24"/>
                <w:szCs w:val="32"/>
              </w:rPr>
              <w:t>c) Tovar sa predáva priamo z kartónov a paliet, služby sú veľmi jednoduché.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B0BBB8F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color w:val="666666"/>
                <w:sz w:val="24"/>
                <w:szCs w:val="32"/>
              </w:rPr>
              <w:t>____________________</w:t>
            </w:r>
          </w:p>
        </w:tc>
      </w:tr>
      <w:tr w:rsidR="005C7FEA" w:rsidRPr="007D43BF" w14:paraId="5105FAED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A1F543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sz w:val="24"/>
                <w:szCs w:val="32"/>
              </w:rPr>
              <w:t>d) Malá predajňa módneho tovaru a doplnkov.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4AB4C6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color w:val="666666"/>
                <w:sz w:val="24"/>
                <w:szCs w:val="32"/>
              </w:rPr>
              <w:t>____________________</w:t>
            </w:r>
          </w:p>
        </w:tc>
      </w:tr>
      <w:tr w:rsidR="005C7FEA" w:rsidRPr="007D43BF" w14:paraId="668F7307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D783E9F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sz w:val="24"/>
                <w:szCs w:val="32"/>
              </w:rPr>
              <w:t>e) Viacerí predajcovia predávajú najmä ovocie, zeleninu a ďalší tovar na jednom mieste.</w:t>
            </w:r>
          </w:p>
        </w:tc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074283" w14:textId="77777777" w:rsidR="005C7FEA" w:rsidRPr="007D43BF" w:rsidRDefault="00BE6255">
            <w:pPr>
              <w:rPr>
                <w:sz w:val="28"/>
                <w:szCs w:val="32"/>
              </w:rPr>
            </w:pPr>
            <w:r w:rsidRPr="007D43BF">
              <w:rPr>
                <w:color w:val="666666"/>
                <w:sz w:val="24"/>
                <w:szCs w:val="32"/>
              </w:rPr>
              <w:t>____________________</w:t>
            </w:r>
          </w:p>
        </w:tc>
      </w:tr>
    </w:tbl>
    <w:p w14:paraId="4D798B25" w14:textId="77777777" w:rsidR="00490A70" w:rsidRDefault="00BE6255" w:rsidP="00EE3DB7">
      <w:pPr>
        <w:spacing w:before="40"/>
        <w:rPr>
          <w:i/>
          <w:color w:val="666666"/>
          <w:sz w:val="22"/>
          <w:szCs w:val="32"/>
        </w:rPr>
      </w:pPr>
      <w:r w:rsidRPr="007D43BF">
        <w:rPr>
          <w:i/>
          <w:color w:val="666666"/>
          <w:sz w:val="22"/>
          <w:szCs w:val="32"/>
        </w:rPr>
        <w:t xml:space="preserve">Pomôcka: pri supermarkete a hypermarkete si všímajte najmä veľkosť predajnej plochy; </w:t>
      </w:r>
      <w:proofErr w:type="spellStart"/>
      <w:r w:rsidRPr="007D43BF">
        <w:rPr>
          <w:i/>
          <w:color w:val="666666"/>
          <w:sz w:val="22"/>
          <w:szCs w:val="32"/>
        </w:rPr>
        <w:t>pri</w:t>
      </w:r>
      <w:proofErr w:type="spellEnd"/>
      <w:r w:rsidRPr="007D43BF">
        <w:rPr>
          <w:i/>
          <w:color w:val="666666"/>
          <w:sz w:val="22"/>
          <w:szCs w:val="32"/>
        </w:rPr>
        <w:t xml:space="preserve"> </w:t>
      </w:r>
      <w:proofErr w:type="spellStart"/>
      <w:r w:rsidRPr="007D43BF">
        <w:rPr>
          <w:i/>
          <w:color w:val="666666"/>
          <w:sz w:val="22"/>
          <w:szCs w:val="32"/>
        </w:rPr>
        <w:t>diskonte</w:t>
      </w:r>
      <w:proofErr w:type="spellEnd"/>
      <w:r w:rsidRPr="007D43BF">
        <w:rPr>
          <w:i/>
          <w:color w:val="666666"/>
          <w:sz w:val="22"/>
          <w:szCs w:val="32"/>
        </w:rPr>
        <w:t xml:space="preserve"> </w:t>
      </w:r>
      <w:proofErr w:type="spellStart"/>
      <w:r w:rsidRPr="007D43BF">
        <w:rPr>
          <w:i/>
          <w:color w:val="666666"/>
          <w:sz w:val="22"/>
          <w:szCs w:val="32"/>
        </w:rPr>
        <w:t>spôsob</w:t>
      </w:r>
      <w:proofErr w:type="spellEnd"/>
      <w:r w:rsidRPr="007D43BF">
        <w:rPr>
          <w:i/>
          <w:color w:val="666666"/>
          <w:sz w:val="22"/>
          <w:szCs w:val="32"/>
        </w:rPr>
        <w:t xml:space="preserve"> </w:t>
      </w:r>
      <w:proofErr w:type="spellStart"/>
      <w:r w:rsidRPr="007D43BF">
        <w:rPr>
          <w:i/>
          <w:color w:val="666666"/>
          <w:sz w:val="22"/>
          <w:szCs w:val="32"/>
        </w:rPr>
        <w:t>predaja</w:t>
      </w:r>
      <w:proofErr w:type="spellEnd"/>
      <w:r w:rsidRPr="007D43BF">
        <w:rPr>
          <w:i/>
          <w:color w:val="666666"/>
          <w:sz w:val="22"/>
          <w:szCs w:val="32"/>
        </w:rPr>
        <w:t xml:space="preserve"> a </w:t>
      </w:r>
      <w:proofErr w:type="spellStart"/>
      <w:r w:rsidRPr="007D43BF">
        <w:rPr>
          <w:i/>
          <w:color w:val="666666"/>
          <w:sz w:val="22"/>
          <w:szCs w:val="32"/>
        </w:rPr>
        <w:t>rozsah</w:t>
      </w:r>
      <w:proofErr w:type="spellEnd"/>
      <w:r w:rsidRPr="007D43BF">
        <w:rPr>
          <w:i/>
          <w:color w:val="666666"/>
          <w:sz w:val="22"/>
          <w:szCs w:val="32"/>
        </w:rPr>
        <w:t xml:space="preserve"> </w:t>
      </w:r>
      <w:proofErr w:type="spellStart"/>
      <w:r w:rsidRPr="007D43BF">
        <w:rPr>
          <w:i/>
          <w:color w:val="666666"/>
          <w:sz w:val="22"/>
          <w:szCs w:val="32"/>
        </w:rPr>
        <w:t>služieb</w:t>
      </w:r>
      <w:proofErr w:type="spellEnd"/>
      <w:r w:rsidRPr="007D43BF">
        <w:rPr>
          <w:i/>
          <w:color w:val="666666"/>
          <w:sz w:val="22"/>
          <w:szCs w:val="32"/>
        </w:rPr>
        <w:t>.</w:t>
      </w:r>
    </w:p>
    <w:p w14:paraId="72A03B01" w14:textId="77777777" w:rsidR="00490A70" w:rsidRDefault="00490A70" w:rsidP="00EE3DB7">
      <w:pPr>
        <w:spacing w:before="40"/>
        <w:rPr>
          <w:i/>
          <w:color w:val="666666"/>
          <w:sz w:val="22"/>
          <w:szCs w:val="32"/>
        </w:rPr>
      </w:pPr>
    </w:p>
    <w:p w14:paraId="312761CE" w14:textId="77777777" w:rsidR="00490A70" w:rsidRDefault="00490A70" w:rsidP="00EE3DB7">
      <w:pPr>
        <w:spacing w:before="40"/>
        <w:rPr>
          <w:i/>
          <w:color w:val="666666"/>
          <w:sz w:val="22"/>
          <w:szCs w:val="32"/>
        </w:rPr>
      </w:pPr>
    </w:p>
    <w:p w14:paraId="6F18D9A0" w14:textId="0A12F3EF" w:rsidR="00EE3DB7" w:rsidRPr="00EE3DB7" w:rsidRDefault="00EE3DB7" w:rsidP="00EE3DB7">
      <w:pPr>
        <w:spacing w:before="40"/>
        <w:rPr>
          <w:sz w:val="22"/>
          <w:szCs w:val="32"/>
        </w:rPr>
      </w:pPr>
      <w:r>
        <w:rPr>
          <w:sz w:val="22"/>
          <w:szCs w:val="32"/>
        </w:rPr>
        <w:tab/>
      </w:r>
    </w:p>
    <w:p w14:paraId="0224D09F" w14:textId="77777777" w:rsidR="00EE3DB7" w:rsidRPr="00EE3DB7" w:rsidRDefault="00EE3DB7" w:rsidP="00EE3DB7">
      <w:pPr>
        <w:rPr>
          <w:sz w:val="28"/>
          <w:szCs w:val="32"/>
        </w:rPr>
      </w:pPr>
    </w:p>
    <w:sectPr w:rsidR="00EE3DB7" w:rsidRPr="00EE3DB7" w:rsidSect="00034616">
      <w:pgSz w:w="11906" w:h="16838"/>
      <w:pgMar w:top="709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1A7F" w14:textId="77777777" w:rsidR="00BE6255" w:rsidRDefault="00BE6255">
      <w:pPr>
        <w:spacing w:after="0"/>
      </w:pPr>
      <w:r>
        <w:separator/>
      </w:r>
    </w:p>
  </w:endnote>
  <w:endnote w:type="continuationSeparator" w:id="0">
    <w:p w14:paraId="6290D931" w14:textId="77777777" w:rsidR="00BE6255" w:rsidRDefault="00BE62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239C" w14:textId="77777777" w:rsidR="00BE6255" w:rsidRDefault="00BE6255">
      <w:pPr>
        <w:spacing w:after="0"/>
      </w:pPr>
      <w:r>
        <w:separator/>
      </w:r>
    </w:p>
  </w:footnote>
  <w:footnote w:type="continuationSeparator" w:id="0">
    <w:p w14:paraId="7821C82A" w14:textId="77777777" w:rsidR="00BE6255" w:rsidRDefault="00BE62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0662336">
    <w:abstractNumId w:val="8"/>
  </w:num>
  <w:num w:numId="2" w16cid:durableId="1333488190">
    <w:abstractNumId w:val="6"/>
  </w:num>
  <w:num w:numId="3" w16cid:durableId="1888299348">
    <w:abstractNumId w:val="5"/>
  </w:num>
  <w:num w:numId="4" w16cid:durableId="1687947935">
    <w:abstractNumId w:val="4"/>
  </w:num>
  <w:num w:numId="5" w16cid:durableId="1198078183">
    <w:abstractNumId w:val="7"/>
  </w:num>
  <w:num w:numId="6" w16cid:durableId="2103068894">
    <w:abstractNumId w:val="3"/>
  </w:num>
  <w:num w:numId="7" w16cid:durableId="1696224767">
    <w:abstractNumId w:val="2"/>
  </w:num>
  <w:num w:numId="8" w16cid:durableId="1443913348">
    <w:abstractNumId w:val="1"/>
  </w:num>
  <w:num w:numId="9" w16cid:durableId="48255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0A70"/>
    <w:rsid w:val="005C7FEA"/>
    <w:rsid w:val="007D43BF"/>
    <w:rsid w:val="00A4116F"/>
    <w:rsid w:val="00AA1D8D"/>
    <w:rsid w:val="00B47730"/>
    <w:rsid w:val="00B60434"/>
    <w:rsid w:val="00BE6255"/>
    <w:rsid w:val="00CB0664"/>
    <w:rsid w:val="00EE3DB7"/>
    <w:rsid w:val="00EE5782"/>
    <w:rsid w:val="00F52B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8935C"/>
  <w14:defaultImageDpi w14:val="300"/>
  <w15:docId w15:val="{C98C94F8-480C-41DA-ABFB-03619C48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Janka Balalová</cp:lastModifiedBy>
  <cp:revision>5</cp:revision>
  <cp:lastPrinted>2026-09-08T05:09:00Z</cp:lastPrinted>
  <dcterms:created xsi:type="dcterms:W3CDTF">2013-12-23T23:15:00Z</dcterms:created>
  <dcterms:modified xsi:type="dcterms:W3CDTF">2026-09-09T18:54:00Z</dcterms:modified>
  <cp:category/>
</cp:coreProperties>
</file>